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A4F98" w14:textId="1B092652" w:rsidR="00325B70" w:rsidRDefault="00325B70" w:rsidP="00325B70">
      <w:pPr>
        <w:jc w:val="center"/>
        <w:rPr>
          <w:b/>
          <w:bCs/>
          <w:lang w:val="da-DK"/>
        </w:rPr>
      </w:pPr>
      <w:r w:rsidRPr="00325B70">
        <w:rPr>
          <w:b/>
          <w:bCs/>
          <w:lang w:val="da-DK"/>
        </w:rPr>
        <w:t xml:space="preserve"> Skriv et fortællende digt om en skulptur</w:t>
      </w:r>
    </w:p>
    <w:p w14:paraId="5BFC591E" w14:textId="77777777" w:rsidR="00325B70" w:rsidRPr="00325B70" w:rsidRDefault="00325B70" w:rsidP="00325B70">
      <w:pPr>
        <w:jc w:val="center"/>
        <w:rPr>
          <w:b/>
          <w:bCs/>
          <w:lang w:val="da-DK"/>
        </w:rPr>
      </w:pPr>
    </w:p>
    <w:p w14:paraId="4E1C5794" w14:textId="490FD53B" w:rsidR="00325B70" w:rsidRPr="00325B70" w:rsidRDefault="00325B70" w:rsidP="00325B70">
      <w:pPr>
        <w:rPr>
          <w:lang w:val="da-DK"/>
        </w:rPr>
      </w:pPr>
      <w:r w:rsidRPr="00325B70">
        <w:rPr>
          <w:lang w:val="da-DK"/>
        </w:rPr>
        <w:t xml:space="preserve">Du skal skrive et </w:t>
      </w:r>
      <w:r w:rsidRPr="00074B51">
        <w:rPr>
          <w:lang w:val="da-DK"/>
        </w:rPr>
        <w:t>fortællende digt</w:t>
      </w:r>
      <w:r w:rsidRPr="00325B70">
        <w:rPr>
          <w:lang w:val="da-DK"/>
        </w:rPr>
        <w:t xml:space="preserve"> med udgangspunkt i en skulptur, du selv vælger i skulpturparken.</w:t>
      </w:r>
    </w:p>
    <w:p w14:paraId="4A5F3B5E" w14:textId="336F7A9A" w:rsidR="00FB0889" w:rsidRDefault="00325B70" w:rsidP="00600918">
      <w:pPr>
        <w:spacing w:after="0"/>
        <w:rPr>
          <w:lang w:val="da-DK"/>
        </w:rPr>
      </w:pPr>
      <w:r w:rsidRPr="00325B70">
        <w:rPr>
          <w:b/>
          <w:bCs/>
          <w:lang w:val="da-DK"/>
        </w:rPr>
        <w:t>Skriveopgaven lyder:</w:t>
      </w:r>
      <w:r w:rsidRPr="00325B70">
        <w:rPr>
          <w:lang w:val="da-DK"/>
        </w:rPr>
        <w:br/>
      </w:r>
      <w:r w:rsidR="00600918" w:rsidRPr="00600918">
        <w:rPr>
          <w:lang w:val="da-DK"/>
        </w:rPr>
        <w:t>Vælg en skulptur i skulpturparken. Forestil dig, at skulpturen gemmer på en historie,</w:t>
      </w:r>
      <w:r w:rsidR="00600918">
        <w:rPr>
          <w:lang w:val="da-DK"/>
        </w:rPr>
        <w:t xml:space="preserve"> </w:t>
      </w:r>
      <w:r w:rsidR="00600918" w:rsidRPr="00600918">
        <w:rPr>
          <w:lang w:val="da-DK"/>
        </w:rPr>
        <w:t>en hemmelighed eller en særlig evne. Skriv et kort digt, hvor du digter</w:t>
      </w:r>
      <w:r w:rsidR="00600918">
        <w:rPr>
          <w:lang w:val="da-DK"/>
        </w:rPr>
        <w:t xml:space="preserve"> </w:t>
      </w:r>
      <w:r w:rsidR="00600918" w:rsidRPr="00600918">
        <w:rPr>
          <w:lang w:val="da-DK"/>
        </w:rPr>
        <w:t>videre på denne fortælling.</w:t>
      </w:r>
    </w:p>
    <w:p w14:paraId="7F7810C9" w14:textId="77777777" w:rsidR="00600918" w:rsidRPr="00600918" w:rsidRDefault="00600918" w:rsidP="00600918">
      <w:pPr>
        <w:spacing w:after="0"/>
        <w:rPr>
          <w:lang w:val="da-DK"/>
        </w:rPr>
      </w:pPr>
    </w:p>
    <w:p w14:paraId="3749137F" w14:textId="4DAC0FC4" w:rsidR="00325B70" w:rsidRPr="00325B70" w:rsidRDefault="00325B70" w:rsidP="00325B70">
      <w:pPr>
        <w:rPr>
          <w:lang w:val="da-DK"/>
        </w:rPr>
      </w:pPr>
      <w:r w:rsidRPr="00325B70">
        <w:rPr>
          <w:b/>
          <w:bCs/>
          <w:lang w:val="da-DK"/>
        </w:rPr>
        <w:t>1. Vælg en skulptur i parken</w:t>
      </w:r>
      <w:r w:rsidRPr="00325B70">
        <w:rPr>
          <w:lang w:val="da-DK"/>
        </w:rPr>
        <w:br/>
        <w:t>Gå rundt og se på skulpturerne. Vælg én, der vækker din nysgerrighed</w:t>
      </w:r>
      <w:r w:rsidR="00FB0889">
        <w:rPr>
          <w:lang w:val="da-DK"/>
        </w:rPr>
        <w:t>,</w:t>
      </w:r>
      <w:r w:rsidRPr="00325B70">
        <w:rPr>
          <w:lang w:val="da-DK"/>
        </w:rPr>
        <w:t xml:space="preserve"> den må gerne være mærkelig, magisk, kraftfuld eller stille.</w:t>
      </w:r>
    </w:p>
    <w:p w14:paraId="097DB50C" w14:textId="77777777" w:rsidR="00325B70" w:rsidRPr="00325B70" w:rsidRDefault="00325B70" w:rsidP="00325B70">
      <w:pPr>
        <w:rPr>
          <w:lang w:val="da-DK"/>
        </w:rPr>
      </w:pPr>
      <w:r w:rsidRPr="00325B70">
        <w:rPr>
          <w:b/>
          <w:bCs/>
          <w:lang w:val="da-DK"/>
        </w:rPr>
        <w:t>2. Brug din fantasi</w:t>
      </w:r>
      <w:r w:rsidRPr="00325B70">
        <w:rPr>
          <w:lang w:val="da-DK"/>
        </w:rPr>
        <w:br/>
        <w:t>Stil dig selv spørgsmål som:</w:t>
      </w:r>
    </w:p>
    <w:p w14:paraId="369752E5" w14:textId="77777777" w:rsidR="00325B70" w:rsidRPr="00325B70" w:rsidRDefault="00325B70" w:rsidP="00325B70">
      <w:pPr>
        <w:numPr>
          <w:ilvl w:val="0"/>
          <w:numId w:val="10"/>
        </w:numPr>
        <w:rPr>
          <w:lang w:val="da-DK"/>
        </w:rPr>
      </w:pPr>
      <w:r w:rsidRPr="00325B70">
        <w:rPr>
          <w:lang w:val="da-DK"/>
        </w:rPr>
        <w:t>Hvad ville der ske, hvis den kunne vågne til live?</w:t>
      </w:r>
    </w:p>
    <w:p w14:paraId="6653E43F" w14:textId="77777777" w:rsidR="00325B70" w:rsidRPr="00325B70" w:rsidRDefault="00325B70" w:rsidP="00325B70">
      <w:pPr>
        <w:numPr>
          <w:ilvl w:val="0"/>
          <w:numId w:val="10"/>
        </w:numPr>
        <w:rPr>
          <w:lang w:val="da-DK"/>
        </w:rPr>
      </w:pPr>
      <w:r w:rsidRPr="00325B70">
        <w:rPr>
          <w:lang w:val="da-DK"/>
        </w:rPr>
        <w:t>Hvilken verden kommer den fra?</w:t>
      </w:r>
    </w:p>
    <w:p w14:paraId="3B68228C" w14:textId="77777777" w:rsidR="00325B70" w:rsidRPr="00325B70" w:rsidRDefault="00325B70" w:rsidP="00325B70">
      <w:pPr>
        <w:numPr>
          <w:ilvl w:val="0"/>
          <w:numId w:val="10"/>
        </w:numPr>
        <w:rPr>
          <w:lang w:val="da-DK"/>
        </w:rPr>
      </w:pPr>
      <w:r w:rsidRPr="00325B70">
        <w:rPr>
          <w:lang w:val="da-DK"/>
        </w:rPr>
        <w:t>Hvad drømmer den om?</w:t>
      </w:r>
    </w:p>
    <w:p w14:paraId="250230A6" w14:textId="77777777" w:rsidR="00325B70" w:rsidRPr="00325B70" w:rsidRDefault="00325B70" w:rsidP="00325B70">
      <w:pPr>
        <w:numPr>
          <w:ilvl w:val="0"/>
          <w:numId w:val="10"/>
        </w:numPr>
        <w:rPr>
          <w:lang w:val="da-DK"/>
        </w:rPr>
      </w:pPr>
      <w:r w:rsidRPr="00325B70">
        <w:rPr>
          <w:lang w:val="da-DK"/>
        </w:rPr>
        <w:t>Har den noget den vogter over, savner eller frygter?</w:t>
      </w:r>
    </w:p>
    <w:p w14:paraId="7C56699F" w14:textId="77777777" w:rsidR="00A81EF8" w:rsidRDefault="00A81EF8" w:rsidP="00325B70">
      <w:pPr>
        <w:rPr>
          <w:b/>
          <w:bCs/>
          <w:lang w:val="da-DK"/>
        </w:rPr>
      </w:pPr>
    </w:p>
    <w:p w14:paraId="60111756" w14:textId="3DE103AA" w:rsidR="00325B70" w:rsidRDefault="00325B70" w:rsidP="00325B70">
      <w:pPr>
        <w:rPr>
          <w:lang w:val="da-DK"/>
        </w:rPr>
      </w:pPr>
      <w:r w:rsidRPr="00325B70">
        <w:rPr>
          <w:b/>
          <w:bCs/>
          <w:lang w:val="da-DK"/>
        </w:rPr>
        <w:t>3. Skriv stikord på stedet</w:t>
      </w:r>
      <w:r w:rsidRPr="00325B70">
        <w:rPr>
          <w:lang w:val="da-DK"/>
        </w:rPr>
        <w:br/>
        <w:t>Nedskriv nogle ord, sætninger eller billeder:</w:t>
      </w:r>
      <w:r w:rsidRPr="00325B70">
        <w:rPr>
          <w:lang w:val="da-DK"/>
        </w:rPr>
        <w:br/>
        <w:t>Hvad ser du? Hvad kunne den sige? Hvad kunne den gøre?</w:t>
      </w:r>
    </w:p>
    <w:p w14:paraId="7FC5F5B5" w14:textId="77777777" w:rsidR="0088202F" w:rsidRPr="00325B70" w:rsidRDefault="0088202F" w:rsidP="00325B70">
      <w:pPr>
        <w:rPr>
          <w:lang w:val="da-DK"/>
        </w:rPr>
      </w:pPr>
    </w:p>
    <w:p w14:paraId="0AB91F94" w14:textId="4E17A573" w:rsidR="00325B70" w:rsidRDefault="00325B70" w:rsidP="00325B70">
      <w:pPr>
        <w:rPr>
          <w:lang w:val="da-DK"/>
        </w:rPr>
      </w:pPr>
      <w:r w:rsidRPr="00325B70">
        <w:rPr>
          <w:b/>
          <w:bCs/>
          <w:lang w:val="da-DK"/>
        </w:rPr>
        <w:t>4. Skriv dit digt i korte glimt</w:t>
      </w:r>
      <w:r w:rsidRPr="00325B70">
        <w:rPr>
          <w:lang w:val="da-DK"/>
        </w:rPr>
        <w:br/>
        <w:t xml:space="preserve">Skriv et digt, hvor </w:t>
      </w:r>
      <w:r w:rsidRPr="00325B70">
        <w:rPr>
          <w:b/>
          <w:bCs/>
          <w:lang w:val="da-DK"/>
        </w:rPr>
        <w:t>hver linje</w:t>
      </w:r>
      <w:r w:rsidRPr="00325B70">
        <w:rPr>
          <w:lang w:val="da-DK"/>
        </w:rPr>
        <w:t xml:space="preserve"> indeholder én sansning, én tanke eller én bevægelse.</w:t>
      </w:r>
      <w:r w:rsidRPr="00325B70">
        <w:rPr>
          <w:lang w:val="da-DK"/>
        </w:rPr>
        <w:br/>
        <w:t xml:space="preserve">Digtet </w:t>
      </w:r>
      <w:r w:rsidRPr="00325B70">
        <w:rPr>
          <w:b/>
          <w:bCs/>
          <w:lang w:val="da-DK"/>
        </w:rPr>
        <w:t xml:space="preserve">skal ikke </w:t>
      </w:r>
      <w:r w:rsidR="00FB0889">
        <w:rPr>
          <w:b/>
          <w:bCs/>
          <w:lang w:val="da-DK"/>
        </w:rPr>
        <w:t xml:space="preserve">nødvendigvis </w:t>
      </w:r>
      <w:r w:rsidRPr="00325B70">
        <w:rPr>
          <w:b/>
          <w:bCs/>
          <w:lang w:val="da-DK"/>
        </w:rPr>
        <w:t>rime</w:t>
      </w:r>
      <w:r w:rsidRPr="00325B70">
        <w:rPr>
          <w:lang w:val="da-DK"/>
        </w:rPr>
        <w:t>, og du bestemmer selv, hvor mange linjer du vil skrive.</w:t>
      </w:r>
    </w:p>
    <w:p w14:paraId="30AD28C0" w14:textId="77777777" w:rsidR="0088202F" w:rsidRDefault="0088202F" w:rsidP="00325B70">
      <w:pPr>
        <w:rPr>
          <w:lang w:val="da-DK"/>
        </w:rPr>
      </w:pPr>
    </w:p>
    <w:p w14:paraId="0E52B248" w14:textId="77777777" w:rsidR="0088202F" w:rsidRDefault="0088202F" w:rsidP="00325B70">
      <w:pPr>
        <w:rPr>
          <w:lang w:val="da-DK"/>
        </w:rPr>
      </w:pPr>
    </w:p>
    <w:p w14:paraId="07881B11" w14:textId="77777777" w:rsidR="0088202F" w:rsidRPr="00325B70" w:rsidRDefault="0088202F" w:rsidP="00325B70">
      <w:pPr>
        <w:rPr>
          <w:lang w:val="da-DK"/>
        </w:rPr>
      </w:pPr>
    </w:p>
    <w:p w14:paraId="7AFD225D" w14:textId="0B82FCF9" w:rsidR="00325B70" w:rsidRPr="00325B70" w:rsidRDefault="00325B70" w:rsidP="00325B70">
      <w:pPr>
        <w:rPr>
          <w:lang w:val="da-DK"/>
        </w:rPr>
      </w:pPr>
    </w:p>
    <w:p w14:paraId="0A5704E8" w14:textId="77777777" w:rsidR="00600918" w:rsidRDefault="00600918" w:rsidP="00851E2D">
      <w:pPr>
        <w:rPr>
          <w:b/>
          <w:bCs/>
          <w:lang w:val="da-DK"/>
        </w:rPr>
      </w:pPr>
    </w:p>
    <w:p w14:paraId="4BF99C0D" w14:textId="3C28F54B" w:rsidR="00851E2D" w:rsidRPr="00A81EF8" w:rsidRDefault="00325B70" w:rsidP="00851E2D">
      <w:pPr>
        <w:rPr>
          <w:b/>
          <w:bCs/>
          <w:iCs/>
          <w:sz w:val="24"/>
          <w:szCs w:val="24"/>
          <w:lang w:val="da-DK"/>
        </w:rPr>
      </w:pPr>
      <w:r w:rsidRPr="00325B70">
        <w:rPr>
          <w:b/>
          <w:bCs/>
          <w:lang w:val="da-DK"/>
        </w:rPr>
        <w:lastRenderedPageBreak/>
        <w:t>Se et eksempel</w:t>
      </w:r>
      <w:r>
        <w:rPr>
          <w:b/>
          <w:bCs/>
          <w:lang w:val="da-DK"/>
        </w:rPr>
        <w:t xml:space="preserve"> på et færdigt digt om en skulptur</w:t>
      </w:r>
      <w:r w:rsidRPr="00325B70">
        <w:rPr>
          <w:b/>
          <w:bCs/>
          <w:lang w:val="da-DK"/>
        </w:rPr>
        <w:t xml:space="preserve">: </w:t>
      </w:r>
      <w:r w:rsidR="00851E2D" w:rsidRPr="00A81EF8">
        <w:rPr>
          <w:b/>
          <w:bCs/>
          <w:i/>
          <w:sz w:val="24"/>
          <w:szCs w:val="24"/>
          <w:lang w:val="da-DK"/>
        </w:rPr>
        <w:t>Den fastfrosne ørn</w:t>
      </w:r>
      <w:r w:rsidR="00851E2D" w:rsidRPr="00A81EF8">
        <w:rPr>
          <w:b/>
          <w:bCs/>
          <w:iCs/>
          <w:sz w:val="24"/>
          <w:szCs w:val="24"/>
          <w:lang w:val="da-DK"/>
        </w:rPr>
        <w:t xml:space="preserve"> </w:t>
      </w:r>
    </w:p>
    <w:p w14:paraId="5C1C536D" w14:textId="41E48AD8" w:rsidR="00325B70" w:rsidRPr="00325B70" w:rsidRDefault="00325B70" w:rsidP="00325B70">
      <w:pPr>
        <w:rPr>
          <w:b/>
          <w:bCs/>
          <w:lang w:val="da-DK"/>
        </w:rPr>
      </w:pPr>
    </w:p>
    <w:p w14:paraId="45B9705D" w14:textId="193E38CF" w:rsidR="00325B70" w:rsidRPr="00A0428A" w:rsidRDefault="00325B70" w:rsidP="00325B70">
      <w:pPr>
        <w:rPr>
          <w:lang w:val="da-DK"/>
        </w:rPr>
      </w:pPr>
      <w:r w:rsidRPr="00A0428A">
        <w:rPr>
          <w:lang w:val="da-DK"/>
        </w:rPr>
        <w:t>På en sten i skovens lys</w:t>
      </w:r>
      <w:r w:rsidRPr="00A0428A">
        <w:rPr>
          <w:lang w:val="da-DK"/>
        </w:rPr>
        <w:br/>
        <w:t>står ørnen frosset i tiden</w:t>
      </w:r>
      <w:r w:rsidR="00B451AB">
        <w:rPr>
          <w:lang w:val="da-DK"/>
        </w:rPr>
        <w:t>.</w:t>
      </w:r>
    </w:p>
    <w:p w14:paraId="76186B9C" w14:textId="03160EA8" w:rsidR="00325B70" w:rsidRPr="00A0428A" w:rsidRDefault="00325B70" w:rsidP="00325B70">
      <w:pPr>
        <w:rPr>
          <w:lang w:val="da-DK"/>
        </w:rPr>
      </w:pPr>
      <w:r w:rsidRPr="00A0428A">
        <w:rPr>
          <w:noProof/>
          <w:lang w:val="da-DK"/>
        </w:rPr>
        <w:drawing>
          <wp:anchor distT="0" distB="0" distL="114300" distR="114300" simplePos="0" relativeHeight="251658240" behindDoc="1" locked="0" layoutInCell="1" allowOverlap="1" wp14:anchorId="0C4583E7" wp14:editId="0E54A5C7">
            <wp:simplePos x="0" y="0"/>
            <wp:positionH relativeFrom="column">
              <wp:posOffset>3657600</wp:posOffset>
            </wp:positionH>
            <wp:positionV relativeFrom="paragraph">
              <wp:posOffset>-259080</wp:posOffset>
            </wp:positionV>
            <wp:extent cx="1703070" cy="2270760"/>
            <wp:effectExtent l="0" t="0" r="0" b="0"/>
            <wp:wrapTight wrapText="bothSides">
              <wp:wrapPolygon edited="0">
                <wp:start x="0" y="0"/>
                <wp:lineTo x="0" y="21383"/>
                <wp:lineTo x="21262" y="21383"/>
                <wp:lineTo x="21262" y="0"/>
                <wp:lineTo x="0" y="0"/>
              </wp:wrapPolygon>
            </wp:wrapTight>
            <wp:docPr id="71945696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227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0428A">
        <w:rPr>
          <w:lang w:val="da-DK"/>
        </w:rPr>
        <w:t>Dens vinger løfter sig mod himlen</w:t>
      </w:r>
      <w:r w:rsidRPr="00A0428A">
        <w:rPr>
          <w:lang w:val="da-DK"/>
        </w:rPr>
        <w:br/>
        <w:t>fjerene stive som gamle blade</w:t>
      </w:r>
      <w:r w:rsidR="00B451AB">
        <w:rPr>
          <w:lang w:val="da-DK"/>
        </w:rPr>
        <w:t>.</w:t>
      </w:r>
    </w:p>
    <w:p w14:paraId="21E538FC" w14:textId="003CF204" w:rsidR="00325B70" w:rsidRPr="00A0428A" w:rsidRDefault="00325B70" w:rsidP="00325B70">
      <w:pPr>
        <w:rPr>
          <w:lang w:val="da-DK"/>
        </w:rPr>
      </w:pPr>
      <w:r w:rsidRPr="00A0428A">
        <w:rPr>
          <w:lang w:val="da-DK"/>
        </w:rPr>
        <w:t xml:space="preserve">Under kløerne </w:t>
      </w:r>
      <w:r w:rsidR="0088202F" w:rsidRPr="00A0428A">
        <w:rPr>
          <w:lang w:val="da-DK"/>
        </w:rPr>
        <w:t>er</w:t>
      </w:r>
      <w:r w:rsidRPr="00A0428A">
        <w:rPr>
          <w:lang w:val="da-DK"/>
        </w:rPr>
        <w:t xml:space="preserve"> en fisk</w:t>
      </w:r>
      <w:r w:rsidRPr="00A0428A">
        <w:rPr>
          <w:lang w:val="da-DK"/>
        </w:rPr>
        <w:br/>
        <w:t>fanget i øjeblikket, fanget i sten</w:t>
      </w:r>
      <w:r w:rsidR="00B451AB">
        <w:rPr>
          <w:lang w:val="da-DK"/>
        </w:rPr>
        <w:t>.</w:t>
      </w:r>
    </w:p>
    <w:p w14:paraId="71C7D204" w14:textId="3D1D32A9" w:rsidR="00325B70" w:rsidRPr="00A0428A" w:rsidRDefault="00325B70" w:rsidP="00325B70">
      <w:pPr>
        <w:rPr>
          <w:lang w:val="da-DK"/>
        </w:rPr>
      </w:pPr>
      <w:r w:rsidRPr="00A0428A">
        <w:rPr>
          <w:lang w:val="da-DK"/>
        </w:rPr>
        <w:t>Ørnen stirrer mod det skjulte hav</w:t>
      </w:r>
      <w:r w:rsidRPr="00A0428A">
        <w:rPr>
          <w:lang w:val="da-DK"/>
        </w:rPr>
        <w:br/>
        <w:t>ser bølger, vi ikke kan se</w:t>
      </w:r>
      <w:r w:rsidR="00B451AB">
        <w:rPr>
          <w:lang w:val="da-DK"/>
        </w:rPr>
        <w:t>.</w:t>
      </w:r>
    </w:p>
    <w:p w14:paraId="19D0E5AE" w14:textId="77777777" w:rsidR="00325B70" w:rsidRPr="00A0428A" w:rsidRDefault="00325B70" w:rsidP="00325B70">
      <w:pPr>
        <w:rPr>
          <w:lang w:val="da-DK"/>
        </w:rPr>
      </w:pPr>
      <w:r w:rsidRPr="00A0428A">
        <w:rPr>
          <w:lang w:val="da-DK"/>
        </w:rPr>
        <w:t>En dag, hvis vinden blæser stærkt nok</w:t>
      </w:r>
      <w:r w:rsidRPr="00A0428A">
        <w:rPr>
          <w:lang w:val="da-DK"/>
        </w:rPr>
        <w:br/>
        <w:t>vil den bryde fri og flyve</w:t>
      </w:r>
      <w:r w:rsidRPr="00A0428A">
        <w:rPr>
          <w:lang w:val="da-DK"/>
        </w:rPr>
        <w:br/>
        <w:t>over skovens grønne tag</w:t>
      </w:r>
      <w:r w:rsidRPr="00A0428A">
        <w:rPr>
          <w:lang w:val="da-DK"/>
        </w:rPr>
        <w:br/>
        <w:t>ned til vandet, der venter.</w:t>
      </w:r>
    </w:p>
    <w:p w14:paraId="7E08125C" w14:textId="3B2F8CDD" w:rsidR="00325B70" w:rsidRPr="00325B70" w:rsidRDefault="00325B70" w:rsidP="00325B70">
      <w:pPr>
        <w:rPr>
          <w:lang w:val="da-DK"/>
        </w:rPr>
      </w:pPr>
    </w:p>
    <w:p w14:paraId="16B53E92" w14:textId="2234FDB4" w:rsidR="00325B70" w:rsidRPr="00325B70" w:rsidRDefault="00325B70" w:rsidP="00325B70">
      <w:pPr>
        <w:rPr>
          <w:b/>
          <w:bCs/>
          <w:lang w:val="da-DK"/>
        </w:rPr>
      </w:pPr>
      <w:r w:rsidRPr="00325B70">
        <w:rPr>
          <w:b/>
          <w:bCs/>
          <w:lang w:val="da-DK"/>
        </w:rPr>
        <w:t>Gode skriveråd</w:t>
      </w:r>
    </w:p>
    <w:p w14:paraId="422E374A" w14:textId="77777777" w:rsidR="00325B70" w:rsidRPr="00325B70" w:rsidRDefault="00325B70" w:rsidP="00325B70">
      <w:pPr>
        <w:numPr>
          <w:ilvl w:val="0"/>
          <w:numId w:val="11"/>
        </w:numPr>
        <w:rPr>
          <w:lang w:val="da-DK"/>
        </w:rPr>
      </w:pPr>
      <w:r w:rsidRPr="00325B70">
        <w:rPr>
          <w:lang w:val="da-DK"/>
        </w:rPr>
        <w:t>Brug sanser: Hvad ser du? Hvad hører du? Hvordan føles det?</w:t>
      </w:r>
    </w:p>
    <w:p w14:paraId="020BD9F8" w14:textId="353955E6" w:rsidR="00325B70" w:rsidRPr="00325B70" w:rsidRDefault="00325B70" w:rsidP="00325B70">
      <w:pPr>
        <w:numPr>
          <w:ilvl w:val="0"/>
          <w:numId w:val="11"/>
        </w:numPr>
        <w:rPr>
          <w:lang w:val="da-DK"/>
        </w:rPr>
      </w:pPr>
      <w:r w:rsidRPr="00325B70">
        <w:rPr>
          <w:lang w:val="da-DK"/>
        </w:rPr>
        <w:t>Brug billeder: “</w:t>
      </w:r>
      <w:proofErr w:type="spellStart"/>
      <w:r w:rsidR="00272EF2">
        <w:rPr>
          <w:lang w:val="da-DK"/>
        </w:rPr>
        <w:t>s</w:t>
      </w:r>
      <w:r w:rsidRPr="00325B70">
        <w:rPr>
          <w:lang w:val="da-DK"/>
        </w:rPr>
        <w:t>tenvinger</w:t>
      </w:r>
      <w:proofErr w:type="spellEnd"/>
      <w:r w:rsidRPr="00325B70">
        <w:rPr>
          <w:lang w:val="da-DK"/>
        </w:rPr>
        <w:t>”, “blikket frosset i granit”, “en drøm gemt i rust”</w:t>
      </w:r>
    </w:p>
    <w:p w14:paraId="1BB5A888" w14:textId="49DF54DE" w:rsidR="00325B70" w:rsidRPr="00325B70" w:rsidRDefault="00325B70" w:rsidP="00325B70">
      <w:pPr>
        <w:numPr>
          <w:ilvl w:val="0"/>
          <w:numId w:val="11"/>
        </w:numPr>
        <w:rPr>
          <w:lang w:val="da-DK"/>
        </w:rPr>
      </w:pPr>
      <w:r w:rsidRPr="00325B70">
        <w:rPr>
          <w:lang w:val="da-DK"/>
        </w:rPr>
        <w:t>Hold dig til korte linjer – én tanke pr. linje</w:t>
      </w:r>
      <w:r w:rsidR="007A36CE">
        <w:rPr>
          <w:lang w:val="da-DK"/>
        </w:rPr>
        <w:t>.</w:t>
      </w:r>
    </w:p>
    <w:p w14:paraId="230F2E0C" w14:textId="17C7B466" w:rsidR="00325B70" w:rsidRPr="00325B70" w:rsidRDefault="00325B70" w:rsidP="00325B70">
      <w:pPr>
        <w:numPr>
          <w:ilvl w:val="0"/>
          <w:numId w:val="11"/>
        </w:numPr>
        <w:rPr>
          <w:lang w:val="da-DK"/>
        </w:rPr>
      </w:pPr>
      <w:r w:rsidRPr="00325B70">
        <w:rPr>
          <w:lang w:val="da-DK"/>
        </w:rPr>
        <w:t>Brug nutid, som i eksemplet – det giver liv og nærvær</w:t>
      </w:r>
      <w:r w:rsidR="007A36CE">
        <w:rPr>
          <w:lang w:val="da-DK"/>
        </w:rPr>
        <w:t>.</w:t>
      </w:r>
    </w:p>
    <w:p w14:paraId="1866352A" w14:textId="41A61021" w:rsidR="00325B70" w:rsidRPr="00325B70" w:rsidRDefault="00325B70" w:rsidP="00325B70">
      <w:pPr>
        <w:rPr>
          <w:lang w:val="da-DK"/>
        </w:rPr>
      </w:pPr>
    </w:p>
    <w:p w14:paraId="24124594" w14:textId="1D6B8A51" w:rsidR="00325B70" w:rsidRPr="00325B70" w:rsidRDefault="00325B70" w:rsidP="00325B70">
      <w:pPr>
        <w:rPr>
          <w:b/>
          <w:bCs/>
          <w:lang w:val="da-DK"/>
        </w:rPr>
      </w:pPr>
      <w:r w:rsidRPr="00325B70">
        <w:rPr>
          <w:b/>
          <w:bCs/>
          <w:lang w:val="da-DK"/>
        </w:rPr>
        <w:t>Du er i mål, når du:</w:t>
      </w:r>
    </w:p>
    <w:p w14:paraId="6C0416E1" w14:textId="68941ADA" w:rsidR="00325B70" w:rsidRPr="00325B70" w:rsidRDefault="00600918" w:rsidP="00325B70">
      <w:pPr>
        <w:numPr>
          <w:ilvl w:val="0"/>
          <w:numId w:val="12"/>
        </w:numPr>
        <w:rPr>
          <w:lang w:val="da-DK"/>
        </w:rPr>
      </w:pPr>
      <w:r>
        <w:rPr>
          <w:lang w:val="da-DK"/>
        </w:rPr>
        <w:t>h</w:t>
      </w:r>
      <w:r w:rsidR="00325B70" w:rsidRPr="00325B70">
        <w:rPr>
          <w:lang w:val="da-DK"/>
        </w:rPr>
        <w:t>ar valgt en skulptur og skrevet ud fra den</w:t>
      </w:r>
    </w:p>
    <w:p w14:paraId="73EEA6F4" w14:textId="17E68DE4" w:rsidR="00325B70" w:rsidRPr="00325B70" w:rsidRDefault="00600918" w:rsidP="00325B70">
      <w:pPr>
        <w:numPr>
          <w:ilvl w:val="0"/>
          <w:numId w:val="12"/>
        </w:numPr>
        <w:rPr>
          <w:lang w:val="da-DK"/>
        </w:rPr>
      </w:pPr>
      <w:r>
        <w:rPr>
          <w:lang w:val="da-DK"/>
        </w:rPr>
        <w:t>h</w:t>
      </w:r>
      <w:r w:rsidR="00325B70" w:rsidRPr="00325B70">
        <w:rPr>
          <w:lang w:val="da-DK"/>
        </w:rPr>
        <w:t>ar skrevet et kort digt med sansninger og fantasi</w:t>
      </w:r>
    </w:p>
    <w:p w14:paraId="2587CA2A" w14:textId="1D3C5C7E" w:rsidR="00325B70" w:rsidRPr="00325B70" w:rsidRDefault="00600918" w:rsidP="00325B70">
      <w:pPr>
        <w:numPr>
          <w:ilvl w:val="0"/>
          <w:numId w:val="12"/>
        </w:numPr>
        <w:rPr>
          <w:lang w:val="da-DK"/>
        </w:rPr>
      </w:pPr>
      <w:r>
        <w:rPr>
          <w:lang w:val="da-DK"/>
        </w:rPr>
        <w:t>h</w:t>
      </w:r>
      <w:r w:rsidR="00325B70" w:rsidRPr="00325B70">
        <w:rPr>
          <w:lang w:val="da-DK"/>
        </w:rPr>
        <w:t>ar skrevet i korte linjer eller afsnit</w:t>
      </w:r>
    </w:p>
    <w:p w14:paraId="656379E8" w14:textId="5133F7F0" w:rsidR="00325B70" w:rsidRPr="00325B70" w:rsidRDefault="00600918" w:rsidP="00325B70">
      <w:pPr>
        <w:numPr>
          <w:ilvl w:val="0"/>
          <w:numId w:val="12"/>
        </w:numPr>
        <w:rPr>
          <w:lang w:val="da-DK"/>
        </w:rPr>
      </w:pPr>
      <w:r>
        <w:rPr>
          <w:lang w:val="da-DK"/>
        </w:rPr>
        <w:t>h</w:t>
      </w:r>
      <w:r w:rsidR="00325B70" w:rsidRPr="00325B70">
        <w:rPr>
          <w:lang w:val="da-DK"/>
        </w:rPr>
        <w:t xml:space="preserve">ar skabt en </w:t>
      </w:r>
      <w:r w:rsidR="0088202F">
        <w:rPr>
          <w:lang w:val="da-DK"/>
        </w:rPr>
        <w:t xml:space="preserve">sammenhængende </w:t>
      </w:r>
      <w:r w:rsidR="00325B70" w:rsidRPr="00325B70">
        <w:rPr>
          <w:lang w:val="da-DK"/>
        </w:rPr>
        <w:t>fortælling</w:t>
      </w:r>
      <w:r w:rsidR="0088202F">
        <w:rPr>
          <w:lang w:val="da-DK"/>
        </w:rPr>
        <w:t xml:space="preserve"> med en</w:t>
      </w:r>
      <w:r w:rsidR="00325B70" w:rsidRPr="00325B70">
        <w:rPr>
          <w:lang w:val="da-DK"/>
        </w:rPr>
        <w:t xml:space="preserve"> stemning eller hemmelighed</w:t>
      </w:r>
    </w:p>
    <w:p w14:paraId="3448B284" w14:textId="2322D847" w:rsidR="00325B70" w:rsidRPr="00325B70" w:rsidRDefault="00600918" w:rsidP="00325B70">
      <w:pPr>
        <w:numPr>
          <w:ilvl w:val="0"/>
          <w:numId w:val="12"/>
        </w:numPr>
        <w:rPr>
          <w:lang w:val="da-DK"/>
        </w:rPr>
      </w:pPr>
      <w:r>
        <w:rPr>
          <w:lang w:val="da-DK"/>
        </w:rPr>
        <w:t>k</w:t>
      </w:r>
      <w:r w:rsidR="00325B70" w:rsidRPr="00325B70">
        <w:rPr>
          <w:lang w:val="da-DK"/>
        </w:rPr>
        <w:t>an læse det op og vise et billede af skulpturen</w:t>
      </w:r>
      <w:r w:rsidR="007A36CE">
        <w:rPr>
          <w:lang w:val="da-DK"/>
        </w:rPr>
        <w:t>.</w:t>
      </w:r>
    </w:p>
    <w:p w14:paraId="10A4F52C" w14:textId="77777777" w:rsidR="00325B70" w:rsidRPr="00A81EF8" w:rsidRDefault="00325B70">
      <w:pPr>
        <w:rPr>
          <w:lang w:val="da-DK"/>
        </w:rPr>
      </w:pPr>
    </w:p>
    <w:sectPr w:rsidR="00325B70" w:rsidRPr="00A81EF8" w:rsidSect="0003461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9A86BE" w14:textId="77777777" w:rsidR="00CF1CCC" w:rsidRDefault="00CF1CCC" w:rsidP="00CF1CCC">
      <w:pPr>
        <w:spacing w:after="0" w:line="240" w:lineRule="auto"/>
      </w:pPr>
      <w:r>
        <w:separator/>
      </w:r>
    </w:p>
  </w:endnote>
  <w:endnote w:type="continuationSeparator" w:id="0">
    <w:p w14:paraId="2070084A" w14:textId="77777777" w:rsidR="00CF1CCC" w:rsidRDefault="00CF1CCC" w:rsidP="00CF1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05E6C" w14:textId="77777777" w:rsidR="00CF1CCC" w:rsidRDefault="00CF1CC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2FCCD" w14:textId="27845DE0" w:rsidR="00CF1CCC" w:rsidRPr="00CF1CCC" w:rsidRDefault="00CF1CCC" w:rsidP="00CF1CCC">
    <w:pPr>
      <w:pStyle w:val="Sidefod"/>
      <w:jc w:val="right"/>
      <w:rPr>
        <w:rFonts w:ascii="Century Gothic" w:hAnsi="Century Gothic"/>
        <w:sz w:val="16"/>
        <w:szCs w:val="16"/>
      </w:rPr>
    </w:pPr>
    <w:r w:rsidRPr="00714C93">
      <w:rPr>
        <w:rFonts w:ascii="Century Gothic" w:hAnsi="Century Gothic"/>
        <w:sz w:val="16"/>
        <w:szCs w:val="16"/>
      </w:rPr>
      <w:t>©</w:t>
    </w:r>
    <w:r>
      <w:rPr>
        <w:rFonts w:ascii="Century Gothic" w:hAnsi="Century Gothic"/>
        <w:sz w:val="16"/>
        <w:szCs w:val="16"/>
      </w:rPr>
      <w:t xml:space="preserve"> </w:t>
    </w:r>
    <w:r w:rsidRPr="00714C93">
      <w:rPr>
        <w:rFonts w:ascii="Century Gothic" w:hAnsi="Century Gothic"/>
        <w:sz w:val="16"/>
        <w:szCs w:val="16"/>
      </w:rPr>
      <w:t>Tomas Breinholdt Madariaga</w:t>
    </w:r>
    <w:r>
      <w:rPr>
        <w:rFonts w:ascii="Century Gothic" w:hAnsi="Century Gothic"/>
        <w:sz w:val="16"/>
        <w:szCs w:val="16"/>
      </w:rPr>
      <w:t xml:space="preserve"> | </w:t>
    </w:r>
    <w:r w:rsidRPr="00714C93">
      <w:rPr>
        <w:rFonts w:ascii="Century Gothic" w:hAnsi="Century Gothic"/>
        <w:sz w:val="16"/>
        <w:szCs w:val="16"/>
      </w:rPr>
      <w:t xml:space="preserve">Veje </w:t>
    </w:r>
    <w:proofErr w:type="spellStart"/>
    <w:r w:rsidRPr="00714C93">
      <w:rPr>
        <w:rFonts w:ascii="Century Gothic" w:hAnsi="Century Gothic"/>
        <w:sz w:val="16"/>
        <w:szCs w:val="16"/>
      </w:rPr>
      <w:t>til</w:t>
    </w:r>
    <w:proofErr w:type="spellEnd"/>
    <w:r w:rsidRPr="00714C93">
      <w:rPr>
        <w:rFonts w:ascii="Century Gothic" w:hAnsi="Century Gothic"/>
        <w:sz w:val="16"/>
        <w:szCs w:val="16"/>
      </w:rPr>
      <w:t xml:space="preserve"> </w:t>
    </w:r>
    <w:proofErr w:type="spellStart"/>
    <w:r w:rsidRPr="00714C93">
      <w:rPr>
        <w:rFonts w:ascii="Century Gothic" w:hAnsi="Century Gothic"/>
        <w:sz w:val="16"/>
        <w:szCs w:val="16"/>
      </w:rPr>
      <w:t>elevers</w:t>
    </w:r>
    <w:proofErr w:type="spellEnd"/>
    <w:r w:rsidRPr="00714C93">
      <w:rPr>
        <w:rFonts w:ascii="Century Gothic" w:hAnsi="Century Gothic"/>
        <w:sz w:val="16"/>
        <w:szCs w:val="16"/>
      </w:rPr>
      <w:t xml:space="preserve"> </w:t>
    </w:r>
    <w:proofErr w:type="spellStart"/>
    <w:r w:rsidRPr="00714C93">
      <w:rPr>
        <w:rFonts w:ascii="Century Gothic" w:hAnsi="Century Gothic"/>
        <w:sz w:val="16"/>
        <w:szCs w:val="16"/>
      </w:rPr>
      <w:t>skrivelyst</w:t>
    </w:r>
    <w:proofErr w:type="spellEnd"/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noProof/>
        <w:sz w:val="16"/>
        <w:szCs w:val="16"/>
      </w:rPr>
      <w:drawing>
        <wp:inline distT="0" distB="0" distL="0" distR="0" wp14:anchorId="78C71906" wp14:editId="0917F04C">
          <wp:extent cx="739140" cy="172466"/>
          <wp:effectExtent l="0" t="0" r="3810" b="0"/>
          <wp:docPr id="743006472" name="Billede 1" descr="Et billede, der indeholder sort, mørke, skærmbillede, sort-hvid&#10;&#10;AI-genereret indhold kan være ukorrek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3006472" name="Billede 1" descr="Et billede, der indeholder sort, mørke, skærmbillede, sort-hvid&#10;&#10;AI-genereret indhold kan være ukorrek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97" cy="17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0F73D" w14:textId="77777777" w:rsidR="00CF1CCC" w:rsidRDefault="00CF1CC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03879A" w14:textId="77777777" w:rsidR="00CF1CCC" w:rsidRDefault="00CF1CCC" w:rsidP="00CF1CCC">
      <w:pPr>
        <w:spacing w:after="0" w:line="240" w:lineRule="auto"/>
      </w:pPr>
      <w:r>
        <w:separator/>
      </w:r>
    </w:p>
  </w:footnote>
  <w:footnote w:type="continuationSeparator" w:id="0">
    <w:p w14:paraId="4CDBE534" w14:textId="77777777" w:rsidR="00CF1CCC" w:rsidRDefault="00CF1CCC" w:rsidP="00CF1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44833" w14:textId="77777777" w:rsidR="00CF1CCC" w:rsidRDefault="00CF1CCC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71288" w14:textId="77777777" w:rsidR="00CF1CCC" w:rsidRDefault="00CF1CCC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C6E031" w14:textId="77777777" w:rsidR="00CF1CCC" w:rsidRDefault="00CF1CCC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CAB214A"/>
    <w:multiLevelType w:val="multilevel"/>
    <w:tmpl w:val="83E67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7929E6"/>
    <w:multiLevelType w:val="multilevel"/>
    <w:tmpl w:val="2BDA9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8D26BF"/>
    <w:multiLevelType w:val="multilevel"/>
    <w:tmpl w:val="51C66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2120029">
    <w:abstractNumId w:val="8"/>
  </w:num>
  <w:num w:numId="2" w16cid:durableId="640497379">
    <w:abstractNumId w:val="6"/>
  </w:num>
  <w:num w:numId="3" w16cid:durableId="2102289772">
    <w:abstractNumId w:val="5"/>
  </w:num>
  <w:num w:numId="4" w16cid:durableId="1284192469">
    <w:abstractNumId w:val="4"/>
  </w:num>
  <w:num w:numId="5" w16cid:durableId="1744716755">
    <w:abstractNumId w:val="7"/>
  </w:num>
  <w:num w:numId="6" w16cid:durableId="2109084022">
    <w:abstractNumId w:val="3"/>
  </w:num>
  <w:num w:numId="7" w16cid:durableId="138688354">
    <w:abstractNumId w:val="2"/>
  </w:num>
  <w:num w:numId="8" w16cid:durableId="573899629">
    <w:abstractNumId w:val="1"/>
  </w:num>
  <w:num w:numId="9" w16cid:durableId="1249997726">
    <w:abstractNumId w:val="0"/>
  </w:num>
  <w:num w:numId="10" w16cid:durableId="1776709715">
    <w:abstractNumId w:val="9"/>
  </w:num>
  <w:num w:numId="11" w16cid:durableId="298658227">
    <w:abstractNumId w:val="11"/>
  </w:num>
  <w:num w:numId="12" w16cid:durableId="16244611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74B51"/>
    <w:rsid w:val="000B507E"/>
    <w:rsid w:val="0015074B"/>
    <w:rsid w:val="001A6F9C"/>
    <w:rsid w:val="00272EF2"/>
    <w:rsid w:val="0029639D"/>
    <w:rsid w:val="002F0E47"/>
    <w:rsid w:val="00325B70"/>
    <w:rsid w:val="00326F90"/>
    <w:rsid w:val="0036307F"/>
    <w:rsid w:val="0051131E"/>
    <w:rsid w:val="00600918"/>
    <w:rsid w:val="007A36CE"/>
    <w:rsid w:val="007B7086"/>
    <w:rsid w:val="00851E2D"/>
    <w:rsid w:val="0088202F"/>
    <w:rsid w:val="00916DC0"/>
    <w:rsid w:val="009278CF"/>
    <w:rsid w:val="009A4B83"/>
    <w:rsid w:val="00A0428A"/>
    <w:rsid w:val="00A81EF8"/>
    <w:rsid w:val="00AA1D8D"/>
    <w:rsid w:val="00AF122D"/>
    <w:rsid w:val="00B451AB"/>
    <w:rsid w:val="00B47730"/>
    <w:rsid w:val="00C7708D"/>
    <w:rsid w:val="00CB0664"/>
    <w:rsid w:val="00CF1CCC"/>
    <w:rsid w:val="00D07496"/>
    <w:rsid w:val="00D7153F"/>
    <w:rsid w:val="00E31E60"/>
    <w:rsid w:val="00F20E18"/>
    <w:rsid w:val="00F27E8E"/>
    <w:rsid w:val="00FB0889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183480D"/>
  <w14:defaultImageDpi w14:val="300"/>
  <w15:docId w15:val="{1878FB23-5784-47BE-ACE1-B877590A4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Overskrift1">
    <w:name w:val="heading 1"/>
    <w:basedOn w:val="Normal"/>
    <w:next w:val="Normal"/>
    <w:link w:val="Overskrift1Teg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618BF"/>
  </w:style>
  <w:style w:type="paragraph" w:styleId="Sidefod">
    <w:name w:val="footer"/>
    <w:basedOn w:val="Normal"/>
    <w:link w:val="SidefodTeg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618BF"/>
  </w:style>
  <w:style w:type="paragraph" w:styleId="Ingenafstand">
    <w:name w:val="No Spacing"/>
    <w:uiPriority w:val="1"/>
    <w:qFormat/>
    <w:rsid w:val="00FC693F"/>
    <w:pPr>
      <w:spacing w:after="0" w:line="240" w:lineRule="auto"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Normal"/>
    <w:next w:val="Normal"/>
    <w:link w:val="TitelTeg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afsnit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rdtekst">
    <w:name w:val="Body Text"/>
    <w:basedOn w:val="Normal"/>
    <w:link w:val="BrdtekstTegn"/>
    <w:uiPriority w:val="99"/>
    <w:unhideWhenUsed/>
    <w:rsid w:val="00AA1D8D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rsid w:val="00AA1D8D"/>
  </w:style>
  <w:style w:type="paragraph" w:styleId="Brdtekst2">
    <w:name w:val="Body Text 2"/>
    <w:basedOn w:val="Normal"/>
    <w:link w:val="Brdtekst2Tegn"/>
    <w:uiPriority w:val="99"/>
    <w:unhideWhenUsed/>
    <w:rsid w:val="00AA1D8D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rsid w:val="00AA1D8D"/>
  </w:style>
  <w:style w:type="paragraph" w:styleId="Brdtekst3">
    <w:name w:val="Body Text 3"/>
    <w:basedOn w:val="Normal"/>
    <w:link w:val="Brdtekst3Teg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Opstilling-punkttegn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Opstilling-talellerbogst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Opstilling-talellerbogst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Opstilling-talellerbogst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Opstilling-forts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tekst">
    <w:name w:val="macro"/>
    <w:link w:val="MakrotekstTeg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rsid w:val="0029639D"/>
    <w:rPr>
      <w:rFonts w:ascii="Courier" w:hAnsi="Courier"/>
      <w:sz w:val="20"/>
      <w:szCs w:val="20"/>
    </w:rPr>
  </w:style>
  <w:style w:type="paragraph" w:styleId="Citat">
    <w:name w:val="Quote"/>
    <w:basedOn w:val="Normal"/>
    <w:next w:val="Normal"/>
    <w:link w:val="CitatTegn"/>
    <w:uiPriority w:val="29"/>
    <w:qFormat/>
    <w:rsid w:val="00FC693F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FC693F"/>
    <w:rPr>
      <w:i/>
      <w:iCs/>
      <w:color w:val="000000" w:themeColor="text1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k">
    <w:name w:val="Strong"/>
    <w:basedOn w:val="Standardskrifttypeiafsnit"/>
    <w:uiPriority w:val="22"/>
    <w:qFormat/>
    <w:rsid w:val="00FC693F"/>
    <w:rPr>
      <w:b/>
      <w:bCs/>
    </w:rPr>
  </w:style>
  <w:style w:type="character" w:styleId="Fremhv">
    <w:name w:val="Emphasis"/>
    <w:basedOn w:val="Standardskrifttypeiafsnit"/>
    <w:uiPriority w:val="20"/>
    <w:qFormat/>
    <w:rsid w:val="00FC693F"/>
    <w:rPr>
      <w:i/>
      <w:iCs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C693F"/>
    <w:rPr>
      <w:b/>
      <w:bCs/>
      <w:i/>
      <w:iCs/>
      <w:color w:val="4F81BD" w:themeColor="accent1"/>
    </w:rPr>
  </w:style>
  <w:style w:type="character" w:styleId="Svagfremhvning">
    <w:name w:val="Subtle Emphasis"/>
    <w:basedOn w:val="Standardskrifttypeiafsnit"/>
    <w:uiPriority w:val="19"/>
    <w:qFormat/>
    <w:rsid w:val="00FC693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21"/>
    <w:qFormat/>
    <w:rsid w:val="00FC693F"/>
    <w:rPr>
      <w:b/>
      <w:bCs/>
      <w:i/>
      <w:iCs/>
      <w:color w:val="4F81BD" w:themeColor="accent1"/>
    </w:rPr>
  </w:style>
  <w:style w:type="character" w:styleId="Svaghenvisning">
    <w:name w:val="Subtle Reference"/>
    <w:basedOn w:val="Standardskrifttypeiafsnit"/>
    <w:uiPriority w:val="31"/>
    <w:qFormat/>
    <w:rsid w:val="00FC693F"/>
    <w:rPr>
      <w:smallCaps/>
      <w:color w:val="C0504D" w:themeColor="accent2"/>
      <w:u w:val="single"/>
    </w:rPr>
  </w:style>
  <w:style w:type="character" w:styleId="Kraftighenvisning">
    <w:name w:val="Intense Reference"/>
    <w:basedOn w:val="Standardskrifttypeiafsni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genstitel">
    <w:name w:val="Book Title"/>
    <w:basedOn w:val="Standardskrifttypeiafsnit"/>
    <w:uiPriority w:val="33"/>
    <w:qFormat/>
    <w:rsid w:val="00FC693F"/>
    <w:rPr>
      <w:b/>
      <w:bCs/>
      <w:smallCaps/>
      <w:spacing w:val="5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FC693F"/>
    <w:pPr>
      <w:outlineLvl w:val="9"/>
    </w:pPr>
  </w:style>
  <w:style w:type="table" w:styleId="Tabel-Gitter">
    <w:name w:val="Table Grid"/>
    <w:basedOn w:val="Tabel-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skygge">
    <w:name w:val="Light Shading"/>
    <w:basedOn w:val="Tabel-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ysliste">
    <w:name w:val="Light List"/>
    <w:basedOn w:val="Tabel-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ystgitter">
    <w:name w:val="Light Grid"/>
    <w:basedOn w:val="Tabel-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kygge1">
    <w:name w:val="Medium Shading 1"/>
    <w:basedOn w:val="Tabel-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e1">
    <w:name w:val="Medium List 1"/>
    <w:basedOn w:val="Tabel-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e2">
    <w:name w:val="Medium List 2"/>
    <w:basedOn w:val="Tabel-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itter1">
    <w:name w:val="Medium Grid 1"/>
    <w:basedOn w:val="Tabel-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itter2">
    <w:name w:val="Medium Grid 2"/>
    <w:basedOn w:val="Tabel-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rkliste">
    <w:name w:val="Dark List"/>
    <w:basedOn w:val="Tabel-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vetskygge">
    <w:name w:val="Colorful Shading"/>
    <w:basedOn w:val="Tabel-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liste">
    <w:name w:val="Colorful List"/>
    <w:basedOn w:val="Tabel-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vetgitter">
    <w:name w:val="Colorful Grid"/>
    <w:basedOn w:val="Tabel-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Kommentarhenvisning">
    <w:name w:val="annotation reference"/>
    <w:basedOn w:val="Standardskrifttypeiafsnit"/>
    <w:uiPriority w:val="99"/>
    <w:semiHidden/>
    <w:unhideWhenUsed/>
    <w:rsid w:val="001A6F9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1A6F9C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1A6F9C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A6F9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A6F9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85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1741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Simon Zander</cp:lastModifiedBy>
  <cp:revision>2</cp:revision>
  <cp:lastPrinted>2025-08-13T11:02:00Z</cp:lastPrinted>
  <dcterms:created xsi:type="dcterms:W3CDTF">2025-12-18T08:03:00Z</dcterms:created>
  <dcterms:modified xsi:type="dcterms:W3CDTF">2025-12-18T08:03:00Z</dcterms:modified>
  <cp:category/>
</cp:coreProperties>
</file>